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936"/>
            <w:shd w:fill="1E3A8A"/>
            <w:tcMar>
              <w:top w:w="200" w:type="dxa"/>
              <w:bottom w:w="200" w:type="dxa"/>
              <w:left w:w="200" w:type="dxa"/>
              <w:right w:w="2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32"/>
              </w:rPr>
              <w:t>MATEMATİK DERSİ PERFORMANS GÖREVİ</w:t>
            </w:r>
          </w:p>
          <w:p>
            <w:pPr>
              <w:jc w:val="center"/>
            </w:pPr>
            <w:r>
              <w:rPr>
                <w:rFonts w:ascii="Arial" w:hAnsi="Arial"/>
                <w:color w:val="E0E7FF"/>
                <w:sz w:val="24"/>
              </w:rPr>
              <w:t>Konu: Bulunduğunuz İlin veya İlçenin Dik Koordinat Sistemi ile Temsili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968"/>
            <w:shd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40" w:before="40"/>
            </w:pPr>
            <w:r>
              <w:rPr>
                <w:b/>
                <w:sz w:val="20"/>
              </w:rPr>
              <w:t xml:space="preserve">Adı Soyadı: </w:t>
            </w:r>
            <w:r>
              <w:t>....................................................</w:t>
            </w:r>
          </w:p>
        </w:tc>
        <w:tc>
          <w:tcPr>
            <w:tcW w:type="dxa" w:w="4968"/>
            <w:shd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40" w:before="40"/>
            </w:pPr>
            <w:r>
              <w:rPr>
                <w:b/>
                <w:sz w:val="20"/>
              </w:rPr>
              <w:t xml:space="preserve">Sınıf / No: </w:t>
            </w:r>
            <w:r>
              <w:t>....................................................</w:t>
            </w:r>
          </w:p>
        </w:tc>
      </w:tr>
      <w:tr>
        <w:tc>
          <w:tcPr>
            <w:tcW w:type="dxa" w:w="496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40" w:before="40"/>
            </w:pPr>
            <w:r>
              <w:rPr>
                <w:b/>
                <w:sz w:val="20"/>
              </w:rPr>
              <w:t xml:space="preserve">Ders: </w:t>
            </w:r>
            <w:r>
              <w:t>Matematik (9. / 10. Sınıf)</w:t>
            </w:r>
          </w:p>
        </w:tc>
        <w:tc>
          <w:tcPr>
            <w:tcW w:type="dxa" w:w="496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40" w:before="40"/>
            </w:pPr>
            <w:r>
              <w:rPr>
                <w:b/>
                <w:sz w:val="20"/>
              </w:rPr>
              <w:t xml:space="preserve">Teslim Tarihi: </w:t>
            </w:r>
            <w:r>
              <w:t>.... / .... / 202...</w:t>
            </w:r>
          </w:p>
        </w:tc>
      </w:tr>
    </w:tbl>
    <w:p/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1. GÖREV TANIMI VE BEKLENEN PERFORMANS</w:t>
      </w:r>
    </w:p>
    <w:p>
      <w:pPr>
        <w:spacing w:after="80"/>
      </w:pPr>
      <w:r>
        <w:rPr>
          <w:b/>
        </w:rPr>
        <w:t>Beklenen Performans Kazanımları:</w:t>
      </w:r>
    </w:p>
    <w:p>
      <w:pPr>
        <w:pStyle w:val="ListBullet"/>
        <w:spacing w:after="40"/>
      </w:pPr>
      <w:r>
        <w:t>Dik koordinat sistemini somut ve işlevsel bir temsil aracı olarak kullanmayı öğrenme.</w:t>
      </w:r>
    </w:p>
    <w:p>
      <w:pPr>
        <w:pStyle w:val="ListBullet"/>
        <w:spacing w:after="40"/>
      </w:pPr>
      <w:r>
        <w:t>Gerçek yaşam durumlarını (şehir/ilçe haritası üzerindeki konumlar) matematiksel modelleme ile ilişkilendirme.</w:t>
      </w:r>
    </w:p>
    <w:p>
      <w:pPr>
        <w:pStyle w:val="ListBullet"/>
        <w:spacing w:after="40"/>
      </w:pPr>
      <w:r>
        <w:t>Çalışmayı adım adım raporlayarak matematiksel iletişim ve ifade becerilerini güçlendirme.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2. UYGULAMA YÖNERGESİ VE İŞ ADIMLARI</w:t>
      </w:r>
    </w:p>
    <w:p>
      <w:pPr>
        <w:spacing w:after="60"/>
      </w:pPr>
      <w:r>
        <w:rPr>
          <w:b/>
        </w:rPr>
        <w:t xml:space="preserve">• Ön Hazırlık &amp; Harita Temini: </w:t>
      </w:r>
      <w:r>
        <w:t>Yaşadığınız ilin veya ilçenin ölçekli bir haritasını (fiziki harita, kroki veya dijital harita çıktısı) temin ediniz. Haritanın ölçeğini (Örn: 1 cm = 500 metre) kaydetmeyi unutmayınız.</w:t>
      </w:r>
    </w:p>
    <w:p>
      <w:pPr>
        <w:spacing w:after="60"/>
      </w:pPr>
      <w:r>
        <w:rPr>
          <w:b/>
        </w:rPr>
        <w:t xml:space="preserve">• Eksenlerin Çizimi (Orijin Belirleme): </w:t>
      </w:r>
      <w:r>
        <w:t>Harita üzerinde okuduğunuz Okulu (Orijin - O(0,0)) olarak kabul ediniz. Okul merkezli dik kesişen yatay x eksenini (Doğu-Batı) ve dikey y eksenini (Kuzey-Güney) çiziniz.</w:t>
      </w:r>
    </w:p>
    <w:p>
      <w:pPr>
        <w:spacing w:after="60"/>
      </w:pPr>
      <w:r>
        <w:rPr>
          <w:b/>
        </w:rPr>
        <w:t xml:space="preserve">• Konumların İki Boyutlu Temsili: </w:t>
      </w:r>
      <w:r>
        <w:t>Harita üzerinde okul dışındaki en az 5 önemli merkezi (Belediye Binası, Hastane, Kütüphane, Müze, Park, Camii vb.) ve Kendi Evinizi işaretleyip koordinatlarını belirleyiniz.</w:t>
      </w:r>
    </w:p>
    <w:p>
      <w:pPr>
        <w:spacing w:after="60"/>
      </w:pPr>
      <w:r>
        <w:rPr>
          <w:b/>
        </w:rPr>
        <w:t xml:space="preserve">• Uzaklık Hesabı: </w:t>
      </w:r>
      <w:r>
        <w:t>Analitik geometride iki nokta arasındaki uzaklık formülünü d = √[(x₂ - x₁)² + (y₂ - y₁)²] kullanarak okulunuzun evinizle ve diğer noktalarla arasındaki kuş uçuşu mesafeyi matematiksel olarak hesaplayınız.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3. KOORDİNAT VERİ VE UZAKLIK TABLOSU (ÇALIŞMA ALANI)</w:t>
      </w:r>
    </w:p>
    <w:p>
      <w:r>
        <w:t>Harita üzerinde belirlediğiniz noktaların koordinatlarını ve hesaplamalarınızı aşağıdaki tabloya yazınız: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1E3A8A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Nokta Adı</w:t>
            </w:r>
          </w:p>
        </w:tc>
        <w:tc>
          <w:tcPr>
            <w:tcW w:type="dxa" w:w="1987"/>
            <w:shd w:fill="1E3A8A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Temsil Edilen Mekan</w:t>
            </w:r>
          </w:p>
        </w:tc>
        <w:tc>
          <w:tcPr>
            <w:tcW w:type="dxa" w:w="1987"/>
            <w:shd w:fill="1E3A8A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Koordinatlar (x, y)</w:t>
            </w:r>
          </w:p>
        </w:tc>
        <w:tc>
          <w:tcPr>
            <w:tcW w:type="dxa" w:w="1987"/>
            <w:shd w:fill="1E3A8A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Orijine Uzaklık (Birim)</w:t>
            </w:r>
          </w:p>
        </w:tc>
        <w:tc>
          <w:tcPr>
            <w:tcW w:type="dxa" w:w="1987"/>
            <w:shd w:fill="1E3A8A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Gerçek Uzaklık (km/m)</w:t>
            </w:r>
          </w:p>
        </w:tc>
      </w:tr>
      <w:tr>
        <w:tc>
          <w:tcPr>
            <w:tcW w:type="dxa" w:w="1987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O (0,0)</w:t>
            </w:r>
          </w:p>
        </w:tc>
        <w:tc>
          <w:tcPr>
            <w:tcW w:type="dxa" w:w="1987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</w:rPr>
              <w:t>Okul (Orijin)</w:t>
            </w:r>
          </w:p>
        </w:tc>
        <w:tc>
          <w:tcPr>
            <w:tcW w:type="dxa" w:w="1987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(0 , 0)</w:t>
            </w:r>
          </w:p>
        </w:tc>
        <w:tc>
          <w:tcPr>
            <w:tcW w:type="dxa" w:w="1987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0 birim</w:t>
            </w:r>
          </w:p>
        </w:tc>
        <w:tc>
          <w:tcPr>
            <w:tcW w:type="dxa" w:w="1987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0 m</w:t>
            </w:r>
          </w:p>
        </w:tc>
      </w:tr>
      <w:tr>
        <w:tc>
          <w:tcPr>
            <w:tcW w:type="dxa" w:w="1987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A (x₁, y₁)</w:t>
            </w:r>
          </w:p>
        </w:tc>
        <w:tc>
          <w:tcPr>
            <w:tcW w:type="dxa" w:w="1987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</w:rPr>
              <w:t>Kendi Evim</w:t>
            </w:r>
          </w:p>
        </w:tc>
        <w:tc>
          <w:tcPr>
            <w:tcW w:type="dxa" w:w="1987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(  ,  )</w:t>
            </w:r>
          </w:p>
        </w:tc>
        <w:tc>
          <w:tcPr>
            <w:tcW w:type="dxa" w:w="1987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√[x₁² + y₁²]</w:t>
            </w:r>
          </w:p>
        </w:tc>
        <w:tc>
          <w:tcPr>
            <w:tcW w:type="dxa" w:w="1987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...</w:t>
            </w:r>
          </w:p>
        </w:tc>
      </w:tr>
      <w:tr>
        <w:tc>
          <w:tcPr>
            <w:tcW w:type="dxa" w:w="1987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B (x₂, y₂)</w:t>
            </w:r>
          </w:p>
        </w:tc>
        <w:tc>
          <w:tcPr>
            <w:tcW w:type="dxa" w:w="1987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</w:rPr>
              <w:t>Belediye Binası</w:t>
            </w:r>
          </w:p>
        </w:tc>
        <w:tc>
          <w:tcPr>
            <w:tcW w:type="dxa" w:w="1987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(  ,  )</w:t>
            </w:r>
          </w:p>
        </w:tc>
        <w:tc>
          <w:tcPr>
            <w:tcW w:type="dxa" w:w="1987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√[x₂² + y₂²]</w:t>
            </w:r>
          </w:p>
        </w:tc>
        <w:tc>
          <w:tcPr>
            <w:tcW w:type="dxa" w:w="1987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...</w:t>
            </w:r>
          </w:p>
        </w:tc>
      </w:tr>
      <w:tr>
        <w:tc>
          <w:tcPr>
            <w:tcW w:type="dxa" w:w="1987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C (x₃, y₃)</w:t>
            </w:r>
          </w:p>
        </w:tc>
        <w:tc>
          <w:tcPr>
            <w:tcW w:type="dxa" w:w="1987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</w:rPr>
              <w:t>Devlet Hastanesi</w:t>
            </w:r>
          </w:p>
        </w:tc>
        <w:tc>
          <w:tcPr>
            <w:tcW w:type="dxa" w:w="1987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(  ,  )</w:t>
            </w:r>
          </w:p>
        </w:tc>
        <w:tc>
          <w:tcPr>
            <w:tcW w:type="dxa" w:w="1987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√[x₃² + y₃²]</w:t>
            </w:r>
          </w:p>
        </w:tc>
        <w:tc>
          <w:tcPr>
            <w:tcW w:type="dxa" w:w="1987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...</w:t>
            </w:r>
          </w:p>
        </w:tc>
      </w:tr>
      <w:tr>
        <w:tc>
          <w:tcPr>
            <w:tcW w:type="dxa" w:w="1987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D (x₄, y₄)</w:t>
            </w:r>
          </w:p>
        </w:tc>
        <w:tc>
          <w:tcPr>
            <w:tcW w:type="dxa" w:w="1987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</w:rPr>
              <w:t>İlçe Kütüphanesi</w:t>
            </w:r>
          </w:p>
        </w:tc>
        <w:tc>
          <w:tcPr>
            <w:tcW w:type="dxa" w:w="1987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(  ,  )</w:t>
            </w:r>
          </w:p>
        </w:tc>
        <w:tc>
          <w:tcPr>
            <w:tcW w:type="dxa" w:w="1987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√[x₄² + y₄²]</w:t>
            </w:r>
          </w:p>
        </w:tc>
        <w:tc>
          <w:tcPr>
            <w:tcW w:type="dxa" w:w="1987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...</w:t>
            </w:r>
          </w:p>
        </w:tc>
      </w:tr>
      <w:tr>
        <w:tc>
          <w:tcPr>
            <w:tcW w:type="dxa" w:w="1987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E (x₅, y₅)</w:t>
            </w:r>
          </w:p>
        </w:tc>
        <w:tc>
          <w:tcPr>
            <w:tcW w:type="dxa" w:w="1987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</w:rPr>
              <w:t>Merkez Parkı / Camii</w:t>
            </w:r>
          </w:p>
        </w:tc>
        <w:tc>
          <w:tcPr>
            <w:tcW w:type="dxa" w:w="1987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(  ,  )</w:t>
            </w:r>
          </w:p>
        </w:tc>
        <w:tc>
          <w:tcPr>
            <w:tcW w:type="dxa" w:w="1987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√[x₅² + y₅²]</w:t>
            </w:r>
          </w:p>
        </w:tc>
        <w:tc>
          <w:tcPr>
            <w:tcW w:type="dxa" w:w="1987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...</w:t>
            </w:r>
          </w:p>
        </w:tc>
      </w:tr>
      <w:tr>
        <w:tc>
          <w:tcPr>
            <w:tcW w:type="dxa" w:w="1987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F (x₆, y₆)</w:t>
            </w:r>
          </w:p>
        </w:tc>
        <w:tc>
          <w:tcPr>
            <w:tcW w:type="dxa" w:w="1987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</w:rPr>
              <w:t>Müze / Kültür Mer.</w:t>
            </w:r>
          </w:p>
        </w:tc>
        <w:tc>
          <w:tcPr>
            <w:tcW w:type="dxa" w:w="1987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(  ,  )</w:t>
            </w:r>
          </w:p>
        </w:tc>
        <w:tc>
          <w:tcPr>
            <w:tcW w:type="dxa" w:w="1987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√[x₆² + y₆²]</w:t>
            </w:r>
          </w:p>
        </w:tc>
        <w:tc>
          <w:tcPr>
            <w:tcW w:type="dxa" w:w="1987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</w:rPr>
              <w:t>...</w:t>
            </w:r>
          </w:p>
        </w:tc>
      </w:tr>
    </w:tbl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4. UZAKLIK HESAPLAMA ADIMLARI VE FORMÜLLER</w:t>
      </w:r>
    </w:p>
    <w:p>
      <w:r>
        <w:t>İki nokta A(x₁, y₁) ve B(x₂, y₁) arasındaki uzaklık Pisagor teoreminden türetilen aşağıdaki önerme (formül) ile hesaplanır:</w:t>
        <w:br/>
      </w:r>
    </w:p>
    <w:p>
      <w:pPr>
        <w:jc w:val="center"/>
      </w:pPr>
      <w:r>
        <w:rPr>
          <w:b/>
          <w:color w:val="1E3A8A"/>
          <w:sz w:val="24"/>
        </w:rPr>
        <w:t>d(A, B) = √[ (x₂ - x₁)² + (y₂ - y₁)² ]</w:t>
      </w:r>
    </w:p>
    <w:p>
      <w:r>
        <w:t>Örnek Ölçüm ve Ölçek Orantısı:</w:t>
        <w:br/>
        <w:t>• Harita Ölçeği: 1 birim kare (veya 1 cm) = 250 metre kabul edilirse;</w:t>
        <w:br/>
        <w:t>• Okul O(0,0) ile Ev A(3, 4) arasındaki uzaklık:</w:t>
        <w:br/>
        <w:t xml:space="preserve">  d = √[ (3 - 0)² + (4 - 0)² ] = √[ 9 + 16 ] = √25 = 5 birim.</w:t>
        <w:br/>
        <w:t>• Gerçek Kuş Uçuşu Mesafe: 5 birim × 250 m = 1250 metre (1.25 km) olarak bulunur.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5. PERFORMANS GÖREVİ DEĞERLENDİRME ÖLÇEĞİ (RÜBRİK)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1E3A8A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Değerlendirme Ölçütü</w:t>
            </w:r>
          </w:p>
        </w:tc>
        <w:tc>
          <w:tcPr>
            <w:tcW w:type="dxa" w:w="2484"/>
            <w:shd w:fill="1E3A8A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Çok İyi (4-5 Puan)</w:t>
            </w:r>
          </w:p>
        </w:tc>
        <w:tc>
          <w:tcPr>
            <w:tcW w:type="dxa" w:w="2484"/>
            <w:shd w:fill="1E3A8A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Orta (2-3 Puan)</w:t>
            </w:r>
          </w:p>
        </w:tc>
        <w:tc>
          <w:tcPr>
            <w:tcW w:type="dxa" w:w="2484"/>
            <w:shd w:fill="1E3A8A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Geliştirilmeli (1 Puan)</w:t>
            </w:r>
          </w:p>
        </w:tc>
      </w:tr>
      <w:tr>
        <w:tc>
          <w:tcPr>
            <w:tcW w:type="dxa" w:w="2484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7"/>
              </w:rPr>
              <w:t>Harita ve Eksen Çizimi</w:t>
            </w:r>
          </w:p>
        </w:tc>
        <w:tc>
          <w:tcPr>
            <w:tcW w:type="dxa" w:w="2484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sz w:val="17"/>
              </w:rPr>
              <w:t>Okul eksiksiz orijin yapılmış, eksenler ve ölçek kusursuz çizilmiş.</w:t>
            </w:r>
          </w:p>
        </w:tc>
        <w:tc>
          <w:tcPr>
            <w:tcW w:type="dxa" w:w="2484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sz w:val="17"/>
              </w:rPr>
              <w:t>Eksenler çizilmiş fakat orijin veya ölçeklendirmede ufak eksikler var.</w:t>
            </w:r>
          </w:p>
        </w:tc>
        <w:tc>
          <w:tcPr>
            <w:tcW w:type="dxa" w:w="2484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sz w:val="17"/>
              </w:rPr>
              <w:t>Eksenler hatalı çizilmiş veya orijin yanlış belirlenmiş.</w:t>
            </w:r>
          </w:p>
        </w:tc>
      </w:tr>
      <w:tr>
        <w:tc>
          <w:tcPr>
            <w:tcW w:type="dxa" w:w="2484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7"/>
              </w:rPr>
              <w:t>Koordinat Belirleme</w:t>
            </w:r>
          </w:p>
        </w:tc>
        <w:tc>
          <w:tcPr>
            <w:tcW w:type="dxa" w:w="2484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sz w:val="17"/>
              </w:rPr>
              <w:t>Ev ve en az 5 önemli merkezin koordinatları doğru tespit edilmiş.</w:t>
            </w:r>
          </w:p>
        </w:tc>
        <w:tc>
          <w:tcPr>
            <w:tcW w:type="dxa" w:w="2484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sz w:val="17"/>
              </w:rPr>
              <w:t>3-4 merkezin koordinatları tespit edilmiş.</w:t>
            </w:r>
          </w:p>
        </w:tc>
        <w:tc>
          <w:tcPr>
            <w:tcW w:type="dxa" w:w="2484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sz w:val="17"/>
              </w:rPr>
              <w:t>Koordinatlar eksik veya hatalı işaretlenmiş.</w:t>
            </w:r>
          </w:p>
        </w:tc>
      </w:tr>
      <w:tr>
        <w:tc>
          <w:tcPr>
            <w:tcW w:type="dxa" w:w="2484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7"/>
              </w:rPr>
              <w:t>Matematiksel Hesaplama</w:t>
            </w:r>
          </w:p>
        </w:tc>
        <w:tc>
          <w:tcPr>
            <w:tcW w:type="dxa" w:w="2484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sz w:val="17"/>
              </w:rPr>
              <w:t>İki nokta arası uzaklık formülü tüm noktalara hatasız uygulanmış.</w:t>
            </w:r>
          </w:p>
        </w:tc>
        <w:tc>
          <w:tcPr>
            <w:tcW w:type="dxa" w:w="2484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sz w:val="17"/>
              </w:rPr>
              <w:t>Uzaklık formülü uygulanmış ancak bazı hesaplama hataları yapılmış.</w:t>
            </w:r>
          </w:p>
        </w:tc>
        <w:tc>
          <w:tcPr>
            <w:tcW w:type="dxa" w:w="2484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sz w:val="17"/>
              </w:rPr>
              <w:t>Formül yanlış uygulanmış veya hesaplama yapılmamış.</w:t>
            </w:r>
          </w:p>
        </w:tc>
      </w:tr>
      <w:tr>
        <w:tc>
          <w:tcPr>
            <w:tcW w:type="dxa" w:w="2484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7"/>
              </w:rPr>
              <w:t>Raporlama ve Düzen</w:t>
            </w:r>
          </w:p>
        </w:tc>
        <w:tc>
          <w:tcPr>
            <w:tcW w:type="dxa" w:w="2484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sz w:val="17"/>
              </w:rPr>
              <w:t>Çalışma temiz, düzenli, anlaşılır ve zamanında teslim edilmiş.</w:t>
            </w:r>
          </w:p>
        </w:tc>
        <w:tc>
          <w:tcPr>
            <w:tcW w:type="dxa" w:w="2484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sz w:val="17"/>
              </w:rPr>
              <w:t>Çalışma düzeni ortalama, kısmi eksikler var.</w:t>
            </w:r>
          </w:p>
        </w:tc>
        <w:tc>
          <w:tcPr>
            <w:tcW w:type="dxa" w:w="2484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sz w:val="17"/>
              </w:rPr>
              <w:t>Rapor intizamsız, içerik yetersiz.</w:t>
            </w:r>
          </w:p>
        </w:tc>
      </w:tr>
      <w:tr>
        <w:tc>
          <w:tcPr>
            <w:tcW w:type="dxa" w:w="2484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7"/>
              </w:rPr>
              <w:t>Matematiksel İletişim</w:t>
            </w:r>
          </w:p>
        </w:tc>
        <w:tc>
          <w:tcPr>
            <w:tcW w:type="dxa" w:w="2484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sz w:val="17"/>
              </w:rPr>
              <w:t>Kavramlar gerçek yaşamla tam ve özgün şekilde ilişkilendirilmiş.</w:t>
            </w:r>
          </w:p>
        </w:tc>
        <w:tc>
          <w:tcPr>
            <w:tcW w:type="dxa" w:w="2484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sz w:val="17"/>
              </w:rPr>
              <w:t>Kavramsal ilişkilendirme kısmen yapılmış.</w:t>
            </w:r>
          </w:p>
        </w:tc>
        <w:tc>
          <w:tcPr>
            <w:tcW w:type="dxa" w:w="2484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sz w:val="17"/>
              </w:rPr>
              <w:t>Matematiksel dil ve sembol kullanımı zayıf.</w:t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